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sz w:val="22"/>
        </w:rPr>
        <w:t>КВИТАНЦИЯ-ДОГОВОР № ________                                                    Экземпляр заказчика</w:t>
      </w:r>
    </w:p>
    <w:p>
      <w:pPr>
        <w:spacing w:after="60"/>
      </w:pPr>
      <w:r>
        <w:rPr>
          <w:b w:val="0"/>
          <w:sz w:val="16"/>
        </w:rPr>
        <w:t>на ремонт и химчистку обуви</w:t>
      </w:r>
    </w:p>
    <w:p>
      <w:pPr>
        <w:spacing w:after="40"/>
      </w:pPr>
      <w:r>
        <w:rPr>
          <w:b w:val="0"/>
        </w:rPr>
        <w:t>Исполнитель: __________________________________    ИНН / ОГРН(ИП): ____________________________</w:t>
      </w:r>
    </w:p>
    <w:p>
      <w:pPr>
        <w:spacing w:after="40"/>
      </w:pPr>
      <w:r>
        <w:rPr>
          <w:b w:val="0"/>
        </w:rPr>
        <w:t>Адрес: __________________________________    Телефон: ____________________________</w:t>
      </w:r>
    </w:p>
    <w:p>
      <w:pPr>
        <w:spacing w:after="40"/>
      </w:pPr>
      <w:r>
        <w:rPr>
          <w:b w:val="0"/>
        </w:rPr>
        <w:t>Заказчик (имя): __________________________________    Телефон заказчика: ____________________________</w:t>
      </w:r>
    </w:p>
    <w:p>
      <w:pPr>
        <w:spacing w:after="40"/>
      </w:pPr>
      <w:r>
        <w:rPr>
          <w:b w:val="0"/>
        </w:rPr>
        <w:t>Дата приёма: __________________________________    Срок готовности: 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32"/>
        <w:gridCol w:w="2132"/>
        <w:gridCol w:w="2132"/>
        <w:gridCol w:w="2132"/>
        <w:gridCol w:w="2132"/>
      </w:tblGrid>
      <w:tr>
        <w:tc>
          <w:tcPr>
            <w:tcW w:type="dxa" w:w="454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3288"/>
          </w:tcPr>
          <w:p>
            <w:r/>
            <w:r>
              <w:rPr>
                <w:b/>
              </w:rPr>
              <w:t>Изделие: вид, бренд, цвет, размер</w:t>
            </w:r>
          </w:p>
        </w:tc>
        <w:tc>
          <w:tcPr>
            <w:tcW w:type="dxa" w:w="3288"/>
          </w:tcPr>
          <w:p>
            <w:r/>
            <w:r>
              <w:rPr>
                <w:b/>
              </w:rPr>
              <w:t>Состояние и дефекты при приёме</w:t>
            </w:r>
          </w:p>
        </w:tc>
        <w:tc>
          <w:tcPr>
            <w:tcW w:type="dxa" w:w="2608"/>
          </w:tcPr>
          <w:p>
            <w:r/>
            <w:r>
              <w:rPr>
                <w:b/>
              </w:rPr>
              <w:t>Работы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Цена, ₽</w:t>
            </w:r>
          </w:p>
        </w:tc>
      </w:tr>
      <w:tr>
        <w:trPr>
          <w:trHeight w:val="482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  <w:tr>
        <w:trPr>
          <w:trHeight w:val="482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  <w:tr>
        <w:trPr>
          <w:trHeight w:val="482"/>
        </w:trP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  <w:tr>
        <w:trPr>
          <w:trHeight w:val="482"/>
        </w:trP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</w:tbl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Отмечено при приёме: ☐ потёртости ☐ царапины ☐ заломы ☐ пятна ☐ деформация ☐ отклеивание подошвы ☐ износ каблука / набоек ☐ другое: ______________</w:t>
      </w:r>
    </w:p>
    <w:p>
      <w:pPr>
        <w:spacing w:after="40"/>
      </w:pPr>
      <w:r>
        <w:rPr>
          <w:b w:val="0"/>
        </w:rPr>
        <w:t>Скрытые дефекты, которые могут проявиться при чистке или ремонте: ____________________________________________________</w:t>
      </w:r>
    </w:p>
    <w:p>
      <w:pPr>
        <w:spacing w:after="40"/>
      </w:pPr>
      <w:r>
        <w:rPr>
          <w:b/>
        </w:rPr>
        <w:t>Итого: ________ ₽        Предоплата: ________ ₽        К оплате при выдаче: ________ ₽</w:t>
      </w:r>
    </w:p>
    <w:p>
      <w:pPr>
        <w:spacing w:after="20"/>
      </w:pPr>
      <w:r>
        <w:rPr>
          <w:b w:val="0"/>
          <w:sz w:val="15"/>
        </w:rPr>
        <w:t>1. Заказчик ознакомлен с состоянием изделия, описанным выше, и согласен с ценой и сроком.</w:t>
      </w:r>
    </w:p>
    <w:p>
      <w:pPr>
        <w:spacing w:after="20"/>
      </w:pPr>
      <w:r>
        <w:rPr>
          <w:b w:val="0"/>
          <w:sz w:val="15"/>
        </w:rPr>
        <w:t>2. Гарантия на выполненные работы: ____ дней со дня выдачи. Изделие выдаётся по этой квитанции или по документу заказчика.</w:t>
      </w:r>
    </w:p>
    <w:p>
      <w:pPr>
        <w:spacing w:after="20"/>
      </w:pPr>
      <w:r>
        <w:rPr>
          <w:b w:val="0"/>
          <w:sz w:val="15"/>
        </w:rPr>
        <w:t>3. Заказчик согласен на обработку имени и телефона для выполнения заказа и сообщения о готовности.</w:t>
      </w:r>
    </w:p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 w:val="0"/>
        </w:rPr>
        <w:t>Принял: ________________     Заказчик: ________________     Изделие получил, претензий нет: ________________</w:t>
      </w:r>
    </w:p>
    <w:p>
      <w:pPr>
        <w:spacing w:after="120"/>
        <w:jc w:val="center"/>
      </w:pPr>
      <w:r>
        <w:rPr>
          <w:b w:val="0"/>
          <w:sz w:val="14"/>
        </w:rPr>
        <w:t>- - - - - - - - - - - - - - - - - - - - - - ✂ линия отреза - - - - - - - - - - - - - - - - - - - - - -</w:t>
      </w:r>
    </w:p>
    <w:p>
      <w:pPr>
        <w:spacing w:after="20"/>
      </w:pPr>
      <w:r>
        <w:rPr>
          <w:b/>
          <w:sz w:val="22"/>
        </w:rPr>
        <w:t>КВИТАНЦИЯ-ДОГОВОР № ________                                                    Экземпляр мастерской</w:t>
      </w:r>
    </w:p>
    <w:p>
      <w:pPr>
        <w:spacing w:after="60"/>
      </w:pPr>
      <w:r>
        <w:rPr>
          <w:b w:val="0"/>
          <w:sz w:val="16"/>
        </w:rPr>
        <w:t>на ремонт и химчистку обуви</w:t>
      </w:r>
    </w:p>
    <w:p>
      <w:pPr>
        <w:spacing w:after="40"/>
      </w:pPr>
      <w:r>
        <w:rPr>
          <w:b w:val="0"/>
        </w:rPr>
        <w:t>Исполнитель: __________________________________    ИНН / ОГРН(ИП): ____________________________</w:t>
      </w:r>
    </w:p>
    <w:p>
      <w:pPr>
        <w:spacing w:after="40"/>
      </w:pPr>
      <w:r>
        <w:rPr>
          <w:b w:val="0"/>
        </w:rPr>
        <w:t>Адрес: __________________________________    Телефон: ____________________________</w:t>
      </w:r>
    </w:p>
    <w:p>
      <w:pPr>
        <w:spacing w:after="40"/>
      </w:pPr>
      <w:r>
        <w:rPr>
          <w:b w:val="0"/>
        </w:rPr>
        <w:t>Заказчик (имя): __________________________________    Телефон заказчика: ____________________________</w:t>
      </w:r>
    </w:p>
    <w:p>
      <w:pPr>
        <w:spacing w:after="40"/>
      </w:pPr>
      <w:r>
        <w:rPr>
          <w:b w:val="0"/>
        </w:rPr>
        <w:t>Дата приёма: __________________________________    Срок готовности: 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32"/>
        <w:gridCol w:w="2132"/>
        <w:gridCol w:w="2132"/>
        <w:gridCol w:w="2132"/>
        <w:gridCol w:w="2132"/>
      </w:tblGrid>
      <w:tr>
        <w:tc>
          <w:tcPr>
            <w:tcW w:type="dxa" w:w="454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3288"/>
          </w:tcPr>
          <w:p>
            <w:r/>
            <w:r>
              <w:rPr>
                <w:b/>
              </w:rPr>
              <w:t>Изделие: вид, бренд, цвет, размер</w:t>
            </w:r>
          </w:p>
        </w:tc>
        <w:tc>
          <w:tcPr>
            <w:tcW w:type="dxa" w:w="3288"/>
          </w:tcPr>
          <w:p>
            <w:r/>
            <w:r>
              <w:rPr>
                <w:b/>
              </w:rPr>
              <w:t>Состояние и дефекты при приёме</w:t>
            </w:r>
          </w:p>
        </w:tc>
        <w:tc>
          <w:tcPr>
            <w:tcW w:type="dxa" w:w="2608"/>
          </w:tcPr>
          <w:p>
            <w:r/>
            <w:r>
              <w:rPr>
                <w:b/>
              </w:rPr>
              <w:t>Работы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Цена, ₽</w:t>
            </w:r>
          </w:p>
        </w:tc>
      </w:tr>
      <w:tr>
        <w:trPr>
          <w:trHeight w:val="482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  <w:tr>
        <w:trPr>
          <w:trHeight w:val="482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  <w:tr>
        <w:trPr>
          <w:trHeight w:val="482"/>
        </w:trP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  <w:tr>
        <w:trPr>
          <w:trHeight w:val="482"/>
        </w:trP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3288"/>
          </w:tcPr>
          <w:p/>
        </w:tc>
        <w:tc>
          <w:tcPr>
            <w:tcW w:type="dxa" w:w="3288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</w:tbl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Отмечено при приёме: ☐ потёртости ☐ царапины ☐ заломы ☐ пятна ☐ деформация ☐ отклеивание подошвы ☐ износ каблука / набоек ☐ другое: ______________</w:t>
      </w:r>
    </w:p>
    <w:p>
      <w:pPr>
        <w:spacing w:after="40"/>
      </w:pPr>
      <w:r>
        <w:rPr>
          <w:b w:val="0"/>
        </w:rPr>
        <w:t>Скрытые дефекты, которые могут проявиться при чистке или ремонте: ____________________________________________________</w:t>
      </w:r>
    </w:p>
    <w:p>
      <w:pPr>
        <w:spacing w:after="40"/>
      </w:pPr>
      <w:r>
        <w:rPr>
          <w:b/>
        </w:rPr>
        <w:t>Итого: ________ ₽        Предоплата: ________ ₽        К оплате при выдаче: ________ ₽</w:t>
      </w:r>
    </w:p>
    <w:p>
      <w:pPr>
        <w:spacing w:after="20"/>
      </w:pPr>
      <w:r>
        <w:rPr>
          <w:b w:val="0"/>
          <w:sz w:val="15"/>
        </w:rPr>
        <w:t>1. Заказчик ознакомлен с состоянием изделия, описанным выше, и согласен с ценой и сроком.</w:t>
      </w:r>
    </w:p>
    <w:p>
      <w:pPr>
        <w:spacing w:after="20"/>
      </w:pPr>
      <w:r>
        <w:rPr>
          <w:b w:val="0"/>
          <w:sz w:val="15"/>
        </w:rPr>
        <w:t>2. Гарантия на выполненные работы: ____ дней со дня выдачи. Изделие выдаётся по этой квитанции или по документу заказчика.</w:t>
      </w:r>
    </w:p>
    <w:p>
      <w:pPr>
        <w:spacing w:after="20"/>
      </w:pPr>
      <w:r>
        <w:rPr>
          <w:b w:val="0"/>
          <w:sz w:val="15"/>
        </w:rPr>
        <w:t>3. Заказчик согласен на обработку имени и телефона для выполнения заказа и сообщения о готовности.</w:t>
      </w:r>
    </w:p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 w:val="0"/>
        </w:rPr>
        <w:t>Принял: ________________     Заказчик: ________________     Изделие получил, претензий нет: ________________</w:t>
      </w:r>
    </w:p>
    <w:p>
      <w:pPr>
        <w:spacing w:after="20"/>
        <w:jc w:val="center"/>
      </w:pPr>
      <w:r>
        <w:rPr>
          <w:b w:val="0"/>
          <w:sz w:val="13"/>
        </w:rPr>
        <w:t>Бесплатный бланк от ShoeDesk · shoedesk.ru — в программе квитанция с фото пар заполняется и печатается сама</w:t>
      </w:r>
    </w:p>
    <w:sectPr w:rsidR="00FC693F" w:rsidRPr="0006063C" w:rsidSect="00034616">
      <w:pgSz w:w="11906" w:h="16838"/>
      <w:pgMar w:top="510" w:right="624" w:bottom="51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